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Attendance Adventure™: Every Day Counts</w:t>
      </w:r>
    </w:p>
    <w:p>
      <w:r>
        <w:t>National Attendance Portal Resource Pack (Years 7-10)</w:t>
        <w:br/>
      </w:r>
    </w:p>
    <w:p>
      <w:pPr>
        <w:pStyle w:val="Heading2"/>
      </w:pPr>
      <w:r>
        <w:t>Resource Checklist</w:t>
      </w:r>
    </w:p>
    <w:p>
      <w:pPr>
        <w:pStyle w:val="ListBullet"/>
      </w:pPr>
      <w:r>
        <w:t>1 x A3 game board</w:t>
      </w:r>
    </w:p>
    <w:p>
      <w:pPr>
        <w:pStyle w:val="ListBullet"/>
      </w:pPr>
      <w:r>
        <w:t>60 challenge cards</w:t>
      </w:r>
    </w:p>
    <w:p>
      <w:pPr>
        <w:pStyle w:val="ListBullet"/>
      </w:pPr>
      <w:r>
        <w:t>12 support cards</w:t>
      </w:r>
    </w:p>
    <w:p>
      <w:pPr>
        <w:pStyle w:val="ListBullet"/>
      </w:pPr>
      <w:r>
        <w:t>Attendance tokens</w:t>
      </w:r>
    </w:p>
    <w:p>
      <w:pPr>
        <w:pStyle w:val="ListBullet"/>
      </w:pPr>
      <w:r>
        <w:t>Tutor guide</w:t>
      </w:r>
    </w:p>
    <w:p>
      <w:pPr>
        <w:pStyle w:val="ListBullet"/>
      </w:pPr>
      <w:r>
        <w:t>Attendance House activity</w:t>
      </w:r>
    </w:p>
    <w:p>
      <w:pPr>
        <w:pStyle w:val="ListBullet"/>
      </w:pPr>
      <w:r>
        <w:t>Reflection sheet</w:t>
      </w:r>
    </w:p>
    <w:p>
      <w:pPr>
        <w:pStyle w:val="ListBullet"/>
      </w:pPr>
      <w:r>
        <w:t>Certificates</w:t>
      </w:r>
    </w:p>
    <w:p>
      <w:pPr>
        <w:pStyle w:val="Heading2"/>
      </w:pPr>
      <w:r>
        <w:t>Game Board Layout</w:t>
      </w:r>
    </w:p>
    <w:p>
      <w:pPr>
        <w:pStyle w:val="ListBullet"/>
      </w:pPr>
      <w:r>
        <w:t>Start</w:t>
      </w:r>
    </w:p>
    <w:p>
      <w:pPr>
        <w:pStyle w:val="ListBullet"/>
      </w:pPr>
      <w:r>
        <w:t>Organisation Avenue</w:t>
      </w:r>
    </w:p>
    <w:p>
      <w:pPr>
        <w:pStyle w:val="ListBullet"/>
      </w:pPr>
      <w:r>
        <w:t>Friendship Street</w:t>
      </w:r>
    </w:p>
    <w:p>
      <w:pPr>
        <w:pStyle w:val="ListBullet"/>
      </w:pPr>
      <w:r>
        <w:t>Wellbeing Way</w:t>
      </w:r>
    </w:p>
    <w:p>
      <w:pPr>
        <w:pStyle w:val="ListBullet"/>
      </w:pPr>
      <w:r>
        <w:t>Belonging Boulevard</w:t>
      </w:r>
    </w:p>
    <w:p>
      <w:pPr>
        <w:pStyle w:val="ListBullet"/>
      </w:pPr>
      <w:r>
        <w:t>Support Square</w:t>
      </w:r>
    </w:p>
    <w:p>
      <w:pPr>
        <w:pStyle w:val="ListBullet"/>
      </w:pPr>
      <w:r>
        <w:t>Attendance Success</w:t>
      </w:r>
    </w:p>
    <w:p>
      <w:pPr>
        <w:pStyle w:val="Heading2"/>
      </w:pPr>
      <w:r>
        <w:t>20 Challenge Cards</w:t>
      </w:r>
    </w:p>
    <w:p>
      <w:pPr>
        <w:pStyle w:val="ListBullet"/>
      </w:pPr>
      <w:r>
        <w:t>Packed your bag (+1)</w:t>
      </w:r>
    </w:p>
    <w:p>
      <w:pPr>
        <w:pStyle w:val="ListBullet"/>
      </w:pPr>
      <w:r>
        <w:t>Charged device (+1)</w:t>
      </w:r>
    </w:p>
    <w:p>
      <w:pPr>
        <w:pStyle w:val="ListBullet"/>
      </w:pPr>
      <w:r>
        <w:t>Went to bed on time (+2)</w:t>
      </w:r>
    </w:p>
    <w:p>
      <w:pPr>
        <w:pStyle w:val="ListBullet"/>
      </w:pPr>
      <w:r>
        <w:t>Stayed up gaming (-2)</w:t>
      </w:r>
    </w:p>
    <w:p>
      <w:pPr>
        <w:pStyle w:val="ListBullet"/>
      </w:pPr>
      <w:r>
        <w:t>Forgot equipment (-1)</w:t>
      </w:r>
    </w:p>
    <w:p>
      <w:pPr>
        <w:pStyle w:val="ListBullet"/>
      </w:pPr>
      <w:r>
        <w:t>Missed the bus (-1)</w:t>
      </w:r>
    </w:p>
    <w:p>
      <w:pPr>
        <w:pStyle w:val="ListBullet"/>
      </w:pPr>
      <w:r>
        <w:t>Spoke to trusted adult (+2)</w:t>
      </w:r>
    </w:p>
    <w:p>
      <w:pPr>
        <w:pStyle w:val="ListBullet"/>
      </w:pPr>
      <w:r>
        <w:t>Joined a club (+2)</w:t>
      </w:r>
    </w:p>
    <w:p>
      <w:pPr>
        <w:pStyle w:val="ListBullet"/>
      </w:pPr>
      <w:r>
        <w:t>Helped a friend (+1)</w:t>
      </w:r>
    </w:p>
    <w:p>
      <w:pPr>
        <w:pStyle w:val="ListBullet"/>
      </w:pPr>
      <w:r>
        <w:t>Kept worries inside (-2)</w:t>
      </w:r>
    </w:p>
    <w:p>
      <w:pPr>
        <w:pStyle w:val="ListBullet"/>
      </w:pPr>
      <w:r>
        <w:t>Parent contacted school (+2)</w:t>
      </w:r>
    </w:p>
    <w:p>
      <w:pPr>
        <w:pStyle w:val="ListBullet"/>
      </w:pPr>
      <w:r>
        <w:t>Family routine established (+2)</w:t>
      </w:r>
    </w:p>
    <w:p>
      <w:pPr>
        <w:pStyle w:val="ListBullet"/>
      </w:pPr>
      <w:r>
        <w:t>Friendship issue resolved (+2)</w:t>
      </w:r>
    </w:p>
    <w:p>
      <w:pPr>
        <w:pStyle w:val="ListBullet"/>
      </w:pPr>
      <w:r>
        <w:t>Positive tutor recognition (+2)</w:t>
      </w:r>
    </w:p>
    <w:p>
      <w:pPr>
        <w:pStyle w:val="ListBullet"/>
      </w:pPr>
      <w:r>
        <w:t>Attended revision session (+2)</w:t>
      </w:r>
    </w:p>
    <w:p>
      <w:pPr>
        <w:pStyle w:val="ListBullet"/>
      </w:pPr>
      <w:r>
        <w:t>Poor sleep (-2)</w:t>
      </w:r>
    </w:p>
    <w:p>
      <w:pPr>
        <w:pStyle w:val="ListBullet"/>
      </w:pPr>
      <w:r>
        <w:t>Morning anxiety (-2)</w:t>
      </w:r>
    </w:p>
    <w:p>
      <w:pPr>
        <w:pStyle w:val="ListBullet"/>
      </w:pPr>
      <w:r>
        <w:t>Social media drama (-2)</w:t>
      </w:r>
    </w:p>
    <w:p>
      <w:pPr>
        <w:pStyle w:val="ListBullet"/>
      </w:pPr>
      <w:r>
        <w:t>Attendance mentor support (+3)</w:t>
      </w:r>
    </w:p>
    <w:p>
      <w:pPr>
        <w:pStyle w:val="ListBullet"/>
      </w:pPr>
      <w:r>
        <w:t>Celebration assembly (+3)</w:t>
      </w:r>
    </w:p>
    <w:p>
      <w:pPr>
        <w:pStyle w:val="Heading2"/>
      </w:pPr>
      <w:r>
        <w:t>Attendance House Bricks</w:t>
      </w:r>
    </w:p>
    <w:p>
      <w:pPr>
        <w:pStyle w:val="ListBullet"/>
      </w:pPr>
      <w:r>
        <w:t>Sleep</w:t>
      </w:r>
    </w:p>
    <w:p>
      <w:pPr>
        <w:pStyle w:val="ListBullet"/>
      </w:pPr>
      <w:r>
        <w:t>Breakfast</w:t>
      </w:r>
    </w:p>
    <w:p>
      <w:pPr>
        <w:pStyle w:val="ListBullet"/>
      </w:pPr>
      <w:r>
        <w:t>Routine</w:t>
      </w:r>
    </w:p>
    <w:p>
      <w:pPr>
        <w:pStyle w:val="ListBullet"/>
      </w:pPr>
      <w:r>
        <w:t>Organisation</w:t>
      </w:r>
    </w:p>
    <w:p>
      <w:pPr>
        <w:pStyle w:val="ListBullet"/>
      </w:pPr>
      <w:r>
        <w:t>Trust</w:t>
      </w:r>
    </w:p>
    <w:p>
      <w:pPr>
        <w:pStyle w:val="ListBullet"/>
      </w:pPr>
      <w:r>
        <w:t>Safety</w:t>
      </w:r>
    </w:p>
    <w:p>
      <w:pPr>
        <w:pStyle w:val="ListBullet"/>
      </w:pPr>
      <w:r>
        <w:t>Family</w:t>
      </w:r>
    </w:p>
    <w:p>
      <w:pPr>
        <w:pStyle w:val="ListBullet"/>
      </w:pPr>
      <w:r>
        <w:t>Friendships</w:t>
      </w:r>
    </w:p>
    <w:p>
      <w:pPr>
        <w:pStyle w:val="ListBullet"/>
      </w:pPr>
      <w:r>
        <w:t>Belonging</w:t>
      </w:r>
    </w:p>
    <w:p>
      <w:pPr>
        <w:pStyle w:val="ListBullet"/>
      </w:pPr>
      <w:r>
        <w:t>Wellbeing</w:t>
      </w:r>
    </w:p>
    <w:p>
      <w:pPr>
        <w:pStyle w:val="Heading2"/>
      </w:pPr>
      <w:r>
        <w:t>Tutor Questions</w:t>
      </w:r>
    </w:p>
    <w:p>
      <w:pPr>
        <w:pStyle w:val="ListBullet"/>
      </w:pPr>
      <w:r>
        <w:t>What barriers exist?</w:t>
      </w:r>
    </w:p>
    <w:p>
      <w:pPr>
        <w:pStyle w:val="ListBullet"/>
      </w:pPr>
      <w:r>
        <w:t>What creates belonging?</w:t>
      </w:r>
    </w:p>
    <w:p>
      <w:pPr>
        <w:pStyle w:val="ListBullet"/>
      </w:pPr>
      <w:r>
        <w:t>Who can help?</w:t>
      </w:r>
    </w:p>
    <w:p>
      <w:pPr>
        <w:pStyle w:val="ListBullet"/>
      </w:pPr>
      <w:r>
        <w:t>What will you do tomorrow?</w:t>
      </w:r>
    </w:p>
    <w:p>
      <w:pPr>
        <w:pStyle w:val="Heading2"/>
      </w:pPr>
      <w:r>
        <w:t>Certificates</w:t>
      </w:r>
    </w:p>
    <w:p>
      <w:pPr>
        <w:pStyle w:val="ListBullet"/>
      </w:pPr>
      <w:r>
        <w:t>Attendance Champion</w:t>
      </w:r>
    </w:p>
    <w:p>
      <w:pPr>
        <w:pStyle w:val="ListBullet"/>
      </w:pPr>
      <w:r>
        <w:t>Belonging Builder</w:t>
      </w:r>
    </w:p>
    <w:p>
      <w:pPr>
        <w:pStyle w:val="ListBullet"/>
      </w:pPr>
      <w:r>
        <w:t>Support Seeker</w:t>
      </w:r>
    </w:p>
    <w:p>
      <w:pPr>
        <w:pStyle w:val="ListBullet"/>
      </w:pPr>
      <w:r>
        <w:t>Teamwork Award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